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900" w:val="left"/>
        </w:tabs>
        <w:spacing w:line="224" w:lineRule="exact" w:after="248"/>
        <w:jc w:val="center"/>
      </w:pPr>
      <w:r>
        <w:rPr>
          <w:sz w:val="18"/>
        </w:rPr>
        <w:t>MONITORUL OFICIAL AL ROMÂNIEI, PARTEA I, Nr. 858/27.VIII.2024</w:t>
      </w:r>
    </w:p>
    <w:p>
      <w:pPr>
        <w:keepNext w:val="0"/>
        <w:widowControl w:val="0"/>
        <w:spacing w:line="176" w:lineRule="exact" w:after="9"/>
        <w:ind w:left="10418" w:right="-20"/>
      </w:pPr>
      <w:r>
        <w:rPr>
          <w:rFonts w:ascii="Arial" w:hAnsi="Arial"/>
          <w:b w:val="0"/>
          <w:i/>
          <w:sz w:val="16"/>
          <w:color w:val="000000"/>
          <w:w w:val="94"/>
        </w:rPr>
        <w:t>ANEXA Nr. 1</w:t>
      </w:r>
    </w:p>
    <w:p>
      <w:pPr>
        <w:keepNext w:val="0"/>
        <w:widowControl w:val="0"/>
        <w:spacing w:line="176" w:lineRule="exact" w:after="19"/>
        <w:ind w:left="10299" w:right="-20"/>
      </w:pPr>
      <w:r>
        <w:rPr>
          <w:rFonts w:ascii="Arial" w:hAnsi="Arial"/>
          <w:b w:val="0"/>
          <w:i/>
          <w:sz w:val="16"/>
          <w:color w:val="000000"/>
          <w:w w:val="95"/>
        </w:rPr>
        <w:t>la metodologie</w:t>
      </w:r>
    </w:p>
    <w:p>
      <w:pPr>
        <w:keepNext w:val="0"/>
        <w:widowControl w:val="0"/>
        <w:spacing w:line="220" w:lineRule="exact" w:after="5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Nr. ................./..............</w:t>
      </w:r>
    </w:p>
    <w:p>
      <w:pPr>
        <w:keepNext w:val="0"/>
        <w:widowControl w:val="0"/>
        <w:spacing w:line="220" w:lineRule="exact" w:after="5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Se certifică exactitatea datelor.</w:t>
      </w:r>
    </w:p>
    <w:p>
      <w:pPr>
        <w:keepNext w:val="0"/>
        <w:widowControl w:val="0"/>
        <w:spacing w:line="220" w:lineRule="exact" w:after="6"/>
        <w:ind w:left="1" w:right="-20"/>
      </w:pPr>
      <w:r>
        <w:rPr>
          <w:rFonts w:ascii="Arial" w:hAnsi="Arial"/>
          <w:b w:val="0"/>
          <w:i/>
          <w:sz w:val="20"/>
          <w:color w:val="000000"/>
          <w:w w:val="95"/>
        </w:rPr>
        <w:t>Președintele comisiei de organizare și desfășurare a concursului/testării</w:t>
      </w:r>
      <w:r>
        <w:rPr>
          <w:rFonts w:ascii="Arial" w:hAnsi="Arial"/>
          <w:b w:val="0"/>
          <w:i w:val="0"/>
          <w:sz w:val="20"/>
          <w:color w:val="000000"/>
          <w:w w:val="95"/>
        </w:rPr>
        <w:t>,</w:t>
      </w:r>
    </w:p>
    <w:p>
      <w:pPr>
        <w:keepNext w:val="0"/>
        <w:widowControl w:val="0"/>
        <w:spacing w:line="220" w:lineRule="exact" w:after="36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</w:t>
      </w:r>
    </w:p>
    <w:p>
      <w:pPr>
        <w:keepNext w:val="0"/>
        <w:widowControl w:val="0"/>
        <w:spacing w:line="176" w:lineRule="exact" w:after="244"/>
        <w:ind w:left="1423" w:right="-20"/>
      </w:pPr>
      <w:r>
        <w:rPr>
          <w:rFonts w:ascii="Arial" w:hAnsi="Arial"/>
          <w:b w:val="0"/>
          <w:i w:val="0"/>
          <w:sz w:val="16"/>
          <w:color w:val="000000"/>
          <w:w w:val="95"/>
        </w:rPr>
        <w:t xml:space="preserve">(numele și prenumele) </w:t>
      </w:r>
    </w:p>
    <w:p>
      <w:pPr>
        <w:keepNext w:val="0"/>
        <w:widowControl w:val="0"/>
        <w:spacing w:line="220" w:lineRule="exact" w:after="5"/>
        <w:ind w:left="0" w:right="-20"/>
        <w:jc w:val="center"/>
      </w:pPr>
      <w:r>
        <w:rPr>
          <w:rFonts w:ascii="Arial" w:hAnsi="Arial"/>
          <w:b/>
          <w:i w:val="0"/>
          <w:sz w:val="20"/>
          <w:color w:val="000000"/>
          <w:w w:val="95"/>
        </w:rPr>
        <w:t xml:space="preserve">Cerere de înscriere la concursul/testarea de ocupare a posturilor didactice/catedrelor </w:t>
      </w:r>
    </w:p>
    <w:p>
      <w:pPr>
        <w:keepNext w:val="0"/>
        <w:widowControl w:val="0"/>
        <w:spacing w:line="220" w:lineRule="exact" w:after="90"/>
        <w:ind w:left="0" w:right="-20"/>
        <w:jc w:val="center"/>
      </w:pPr>
      <w:r>
        <w:rPr>
          <w:rFonts w:ascii="Arial" w:hAnsi="Arial"/>
          <w:b/>
          <w:i w:val="0"/>
          <w:sz w:val="20"/>
          <w:color w:val="000000"/>
          <w:w w:val="95"/>
        </w:rPr>
        <w:t>care se vacantează pe parcursul anului școlar</w:t>
      </w:r>
    </w:p>
    <w:p>
      <w:pPr>
        <w:keepNext w:val="0"/>
        <w:widowControl w:val="0"/>
        <w:spacing w:line="220" w:lineRule="exact" w:after="5"/>
        <w:ind w:left="4747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Domnule președinte,</w:t>
      </w:r>
    </w:p>
    <w:p>
      <w:pPr>
        <w:keepNext w:val="0"/>
        <w:widowControl w:val="0"/>
        <w:spacing w:line="220" w:lineRule="exact" w:after="5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Subsemnatul(a) (cu inițiala tatălui), ......................................................................, numele anterior ..........................................,</w:t>
      </w:r>
    </w:p>
    <w:p>
      <w:pPr>
        <w:keepNext w:val="0"/>
        <w:widowControl w:val="0"/>
        <w:spacing w:line="220" w:lineRule="exact" w:after="5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fiul/fiica lui .................................. și .........................................., născut(ă) la data de (ziua, luna, anul) ....../......../............, legitimat(ă)</w:t>
      </w:r>
    </w:p>
    <w:p>
      <w:pPr>
        <w:keepNext w:val="0"/>
        <w:widowControl w:val="0"/>
        <w:spacing w:line="220" w:lineRule="exact" w:after="5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B.I./carte de identitate seria ...... nr. ................., eliberat(ă) la data de ................. de Poliția ......................................................,</w:t>
      </w:r>
    </w:p>
    <w:p>
      <w:pPr>
        <w:keepNext w:val="0"/>
        <w:widowControl w:val="0"/>
        <w:spacing w:line="220" w:lineRule="exact" w:after="5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domiciliul în localitatea ................................................, strada ............................................................... nr. ......., bl. ......, ap. .......,</w:t>
      </w:r>
    </w:p>
    <w:p>
      <w:pPr>
        <w:keepNext w:val="0"/>
        <w:widowControl w:val="0"/>
        <w:spacing w:line="220" w:lineRule="exact" w:after="5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 xml:space="preserve">județul (sectorul)................................., telefon .................................... </w:t>
      </w:r>
    </w:p>
    <w:p>
      <w:pPr>
        <w:keepNext w:val="0"/>
        <w:widowControl w:val="0"/>
        <w:spacing w:line="220" w:lineRule="exact" w:after="87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 xml:space="preserve">Cod numeric personal: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</w:tblGrid>
      <w:tr>
        <w:trPr>
          <w:trHeight w:val="300" w:hRule="exact"/>
        </w:trPr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type="dxa" w:w="872"/>
          </w:tcPr>
          <w:p>
            <w:pPr>
              <w:spacing w:line="20" w:lineRule="exact" w:after="0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keepNext w:val="0"/>
        <w:widowControl w:val="0"/>
        <w:spacing w:line="220" w:lineRule="exact" w:after="9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1) Studii finalizate cu examen de absolvire/licență/bacalaureat:</w:t>
      </w:r>
    </w:p>
    <w:p>
      <w:pPr>
        <w:keepNext w:val="0"/>
        <w:widowControl w:val="0"/>
        <w:spacing w:line="220" w:lineRule="exact" w:after="9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a) universitatea, institutul, academia, I.P. 3 ani, colegiul, școala postliceală, școala de maiștri, liceul pedagogic etc.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...................................................................................................., Facultatea 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nivelul studiilor (medii, postliceale, universitare de scurtă durată, ciclul I de studii universitare de licență, ciclul II de studii universitare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de masterat, universitare de lungă durată) 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durata studiilor de .................... ani (zi sau i.f., seral, f.f., f.r., i.d.), promoția....................................., cu specializarea/specializările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 xml:space="preserve">cu media la examenul de stat (licență)/absolvire ......................................, media de departajare .........................................................; </w:t>
      </w:r>
    </w:p>
    <w:p>
      <w:pPr>
        <w:keepNext w:val="0"/>
        <w:widowControl w:val="0"/>
        <w:spacing w:line="220" w:lineRule="exact" w:after="9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b) universitatea, institutul, academia, I.P. 3 ani, colegiul, școala postliceală, școala de maiștri, liceul pedagogic etc.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.................................................................................................., Facultatea 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nivelul studiilor (medii, postliceale, universitare de scurtă durată, ciclul I de studii universitare de licență, ciclul II de studii universitare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de masterat, universitare de lungă durată) 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durata studiilor de .............. ani (zi sau i.f., seral, f.f., f.r., i.d.), promoția ............................., cu specializarea/specializările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 xml:space="preserve">cu media la examenul de stat (licență)/absolvire ..........................................., media de departajare ................................................; </w:t>
      </w:r>
    </w:p>
    <w:p>
      <w:pPr>
        <w:keepNext w:val="0"/>
        <w:widowControl w:val="0"/>
        <w:spacing w:line="220" w:lineRule="exact" w:after="9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c) universitatea, institutul, academia, I.P. 3 ani, colegiul, școala postliceală, școala de maiștri, liceul pedagogic etc.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.................................................................................................., Facultatea 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nivelul studiilor (medii, postliceale, universitare de scurtă durată, ciclul I de studii universitare de licență, ciclul II de studii universitare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de masterat, universitare de lungă durată) 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durata studiilor de .............. ani (zi sau i.f., seral, f.f., f.r., i.d.), promoția ................, cu specializarea/specializările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 xml:space="preserve">cu media la examenul de stat (licență)/absolvire ......................................, media de departajare .......................................................... </w:t>
      </w:r>
    </w:p>
    <w:p>
      <w:pPr>
        <w:keepNext w:val="0"/>
        <w:widowControl w:val="0"/>
        <w:spacing w:line="220" w:lineRule="exact" w:after="9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2) După absolvirea cu diplomă a studiilor universitare de lungă durată/de masterat am absolvit cursuri postuniversitare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(studii aprofundate, studii academice postuniversitare, studii postuniversitare de specializare, studii postuniversitare de masterat,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un alt masterat în cadrul ciclului II de studii universitare) sau programe de conversie profesională, după cum urmează:</w:t>
      </w:r>
    </w:p>
    <w:p>
      <w:pPr>
        <w:keepNext w:val="0"/>
        <w:widowControl w:val="0"/>
        <w:spacing w:line="220" w:lineRule="exact" w:after="9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a) instituția (universitatea, instituția, academia) 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9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specializarea ............................................................................................................................., cu durata studiilor de .......... ani,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promoția .............., media de absolvire .............., media de departajare ............................................;</w:t>
      </w:r>
    </w:p>
    <w:p>
      <w:pPr>
        <w:spacing w:line="20" w:lineRule="exact" w:after="0"/>
      </w:pPr>
      <w:r>
        <w:br w:type="page"/>
      </w:r>
    </w:p>
    <w:p>
      <w:pPr>
        <w:tabs>
          <w:tab w:pos="10900" w:val="left"/>
        </w:tabs>
        <w:spacing w:line="224" w:lineRule="exact" w:after="247"/>
        <w:jc w:val="center"/>
      </w:pPr>
      <w:r>
        <w:rPr>
          <w:sz w:val="18"/>
        </w:rPr>
        <w:t>MONITORUL OFICIAL AL ROMÂNIEI, PARTEA I, Nr. 858/27.VIII.2024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b) instituția (universitatea, institutul, academia) 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specializarea 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durata studiilor de .......... ani, promoția .............., media de absolvire .............., media de departajare .....................................;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c) instituția (universitatea, institutul, academia) 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specializarea 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durata studiilor de .......... ani, promoția .............., media de absolvire .............., media de departajare .....................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3) După absolvirea cu diplomă de licență a ciclului I de studii universitare de licență am absolvit studii postuniversitare de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specializare sau programe de conversie profesională, după cum urmează: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a) instituția (universitatea, institutul, academia) 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specializarea 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durata studiilor de .......... ani, promoția .............., media de absolvire .............., media de departajare .....................;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b) instituția (universitatea, institutul, academia) 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specializarea 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durata studiilor de .......... ani, promoția .............., media de absolvire .............., media de departajare .....................;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c) instituția (universitatea, institutul, academia) 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specializarea 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durata studiilor de .......... ani, promoția .............., media de absolvire .............., media de departajare ...................... .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4) Specialitatea/Modulul (instrument, modul de instrument, muzica vocală, canto/canto clasic, folclor/canto popular, muzică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vocală tradițională românească, pregătire sportivă de specialitate, pregătire-instruire practică) 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5) La data depunerii dosarului am avut o vechime efectivă la catedră de .............. ani, ..............luni.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6) La data depunerii dosarului am definitivatul în învățământ cu media ............., obținut în anul ............., gradul didactic II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cu media ....................., obținut în anul ...................., gradul didactic I (doctorat echivalat cu gradul didactic I) cu media 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obținut în anul .....................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7) În anul școlar precedent am avut următorul statut în învățământ: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a) Titular(ă) pe/la postul/catedra 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...................................................................................................., de la unitatea/unitățile de învățământ 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localitatea ........................................................................................, județul (sectorul) ........................................... .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b) Angajat(ă) pe perioada viabilității postului pe/la postul/catedra 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................................................................................................., de la unitatea/unitățile de învățământ 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localitatea ...................................................................................., județul (sectorul) 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c) Angajat(ă) pe perioadă determinată/încadrat(ă) pe/la postul/catedra 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................................................................................................., de la unitatea/unitățile de învățământ 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localitatea ....................................................................................., județul (sectorul) 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d) Salariat(ă) la 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localitatea ......................................................................................., județul (sectorul) ..........................................................................,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cu care am contract de muncă pe durată nedeterminată/determinată ................................., având funcția de 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0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 .</w:t>
      </w:r>
    </w:p>
    <w:p>
      <w:pPr>
        <w:spacing w:line="20" w:lineRule="exact" w:after="0"/>
      </w:pPr>
      <w:r>
        <w:br w:type="page"/>
      </w:r>
    </w:p>
    <w:p>
      <w:pPr>
        <w:tabs>
          <w:tab w:pos="10900" w:val="left"/>
        </w:tabs>
        <w:spacing w:line="224" w:lineRule="exact" w:after="247"/>
        <w:jc w:val="center"/>
      </w:pPr>
      <w:r>
        <w:rPr>
          <w:sz w:val="18"/>
        </w:rPr>
        <w:t>MONITORUL OFICIAL AL ROMÂNIEI, PARTEA I, Nr. 858/27.VIII.2024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Vă rog să îmi aprobați înscrierea la concurs/testare în vederea ocupării unui post/unei catedre de .................................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..................................................................................................................................................................................................................,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pe perioadă determinată, publicat(ă) vacant(ă)/rezervat(ă), urmând a susține următoarele probe: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proba practică .........................................................................................................................................................................;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proba intensiv/bilingv ................................................................................................................................................................;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proba orală la limba de predare ...............................................................................................................................................;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inspecția specială la clasă .........................................................................................................................................................;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lucrarea scrisă la disciplina ................................................................................................................................................. .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Vă rog să asigurați traducerea subiectului pentru proba scrisă în limba maternă: ....................................................................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8) Menționez că am întrerupt activitatea în învățământ (sau în alt domeniu de activitate) pentru motivul .................................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................................................................................................................................................................................................................,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prin Decizia nr. ....................................................................................................................................................................................,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conform art. ..................... din Legea nr. 53/2003 —  Codul muncii, republicată, cu modificările și completările ulterioare.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9) Prezint avizul/adeverința medical(ă) nr. .............../..........................., emis(ă) de un medic sau cabinet de medicină a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muncii ............................................................................................., prin care rezultă că sunt apt(ă) pentru a preda în învățământ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conform art. 168 alin. (1) din Legea învățământului preuniversitar nr. 198/2023, cu modificările și completările ulterioare, și declar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pe propria răspundere că nu desfășor activități incompatibile cu demnitatea funcției didactice, că am capacitatea de exercitare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deplină a drepturilor și o conduită morală conformă deontologiei profesionale, că nu am fost îndepărtat din învățământ pentru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motive disciplinare sau printr-o hotărâre judecătorească definitivă de condamnare penală pentru infracțiuni contra vieții, integrității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corporale sau sănătății, contra libertății persoanei, rele tratamente aplicate minorului, hărțuire, trafic de minori, proxenetism,</w:t>
      </w:r>
    </w:p>
    <w:p>
      <w:pPr>
        <w:keepNext w:val="0"/>
        <w:widowControl w:val="0"/>
        <w:spacing w:line="220" w:lineRule="exact" w:after="116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infracțiuni contra libertății și integrității sexuale, luare și dare de mită, trafic de influență, fals și uz de fals, furt calificat.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Declar pe propria răspundere că datele prezentate mai sus sunt corecte și conforme cu realitatea. Răspund de exactitatea</w:t>
      </w:r>
    </w:p>
    <w:p>
      <w:pPr>
        <w:keepNext w:val="0"/>
        <w:widowControl w:val="0"/>
        <w:spacing w:line="220" w:lineRule="exact" w:after="225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datelor înscrise în prezenta cerere și declar că voi suporta consecințele în cazul unor date eronate.</w:t>
      </w:r>
    </w:p>
    <w:p>
      <w:pPr>
        <w:keepNext w:val="0"/>
        <w:widowControl w:val="0"/>
        <w:spacing w:line="220" w:lineRule="exact" w:after="225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Data: .............................                                                                                Semnătura ..............................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Anexez, în următoarea ordine, actele în original, respectiv în copie*: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1) copie de pe fila din buletinul de identitate sau cartea de identitate cu numele, prenumele și domiciliul;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2) copii de pe certificatele de naștere și căsătorie (pentru solicitanții care și-au schimbat numele) sau de pe alte acte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doveditoare privind schimbarea numelui (dacă este cazul);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3) copii de pe actele de studii, foile matricole și certificatele de calificare (ultimele pentru absolvenții liceului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pedagogic/învățământului postliceal), certificatele/adeverințele de absolvire a modulului psihopedagogic (dacă absolvirea acestuia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nu reiese din foaia matricolă);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4) absolvenții promoției din anul școlar curent vor prezenta copia adeverinței de la instituția de învățământ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superior/postliceal/mediu din care să rezulte că au susținut examenul de licență/absolvire/bacalaureat, media de absolvire a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facultății/școlii postliceale/liceului pedagogic, specializarea dobândită, media anilor de studii și faptul că pe parcursul efectuării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studiilor s-a frecventat și promovat modulul psihopedagogic;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5) copii de pe certificatele de obținere a gradelor didactice;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6) copie a acordului ME, a deciziei inspectoratului școlar sau a întreprinderii de întrerupere a activității (dacă este cazul);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7) adeverința din care să rezulte vechimea efectivă la catedră (dacă este cazul);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8) copia filei corespunzătoare din registrul general de evidență a salariaților sau copie de pe carnetul de muncă dacă a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mai fost angajat(ă) anterior anului 2011 și ulterior nu a mai avut calitatea de angajat(ă) (dacă este cazul);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9) copii ale avizelor și atestatelor necesare ocupării postului didactic/catedrei (dacă este cazul);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10) avizul/adeverința medical(ă), emis(ă) de un medic sau cabinet de medicină a muncii, din care să rezulte că sunt apt(ă)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pentru a preda în învățământ;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11) declarație pe propria răspundere că nu desfășor activități incompatibile cu demnitatea funcției didactice, că nu am fost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îndepărtat din învățământ pentru motive disciplinare sau printr-o hotărâre judecătorească definitivă de condamnare penală pentru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4"/>
        </w:rPr>
        <w:t>infracțiuni contra vieții, integrității corporale sau sănătății, contra libertății persoanei, rele tratamente aplicate minorului, hărțuire, trafic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de minori, proxenetism, infracțiuni contra libertății și integrității sexuale, luare și dare de mită, trafic de influență, fals și uz de fals,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furt calificat;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12) adeverință eliberată de unitatea de învățământ privind sancțiunile disciplinare din ultimii 6 ani școlari încheiați și de pe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parcursul anului școlar în curs, pentru persoanele care au desfășurat activitate didactică în anii precedenți și/sau desfășoară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activitate didactică și în anul școlar în curs;</w:t>
      </w:r>
    </w:p>
    <w:p>
      <w:pPr>
        <w:keepNext w:val="0"/>
        <w:widowControl w:val="0"/>
        <w:spacing w:line="220" w:lineRule="exact" w:after="3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13) cazier judiciar, din care reiese faptul că nu am antecedente penale pentru infracțiuni contra vieții, integrității corporale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sau sănătății, contra libertății persoanei, rele tratamente aplicate minorului, hărțuire, trafic de minori, proxenetism, infracțiuni contra</w:t>
      </w:r>
    </w:p>
    <w:p>
      <w:pPr>
        <w:keepNext w:val="0"/>
        <w:widowControl w:val="0"/>
        <w:spacing w:line="220" w:lineRule="exact" w:after="3"/>
        <w:ind w:left="1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libertății și integrității sexuale, luare și dare de mită, trafic de influență, fals și uz de fals, furt calificat;</w:t>
      </w:r>
    </w:p>
    <w:p>
      <w:pPr>
        <w:keepNext w:val="0"/>
        <w:widowControl w:val="0"/>
        <w:spacing w:line="220" w:lineRule="exact" w:after="225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14) certificatul/adeverința de integritate comportamentală, în original**.</w:t>
      </w:r>
    </w:p>
    <w:p>
      <w:pPr>
        <w:keepNext w:val="0"/>
        <w:widowControl w:val="0"/>
        <w:spacing w:line="220" w:lineRule="exact" w:after="206"/>
        <w:ind w:left="738" w:right="-20"/>
      </w:pPr>
      <w:r>
        <w:rPr>
          <w:rFonts w:ascii="Arial" w:hAnsi="Arial"/>
          <w:b w:val="0"/>
          <w:i w:val="0"/>
          <w:sz w:val="20"/>
          <w:color w:val="000000"/>
          <w:w w:val="95"/>
        </w:rPr>
        <w:t>Semnătura candidatului ...............................................</w:t>
      </w:r>
    </w:p>
    <w:p>
      <w:pPr>
        <w:keepNext w:val="0"/>
        <w:widowControl w:val="0"/>
        <w:spacing w:line="176" w:lineRule="exact" w:after="0"/>
        <w:ind w:left="738" w:right="-20"/>
      </w:pPr>
      <w:r>
        <w:rPr>
          <w:rFonts w:ascii="Arial" w:hAnsi="Arial"/>
          <w:b w:val="0"/>
          <w:i w:val="0"/>
          <w:sz w:val="16"/>
          <w:color w:val="000000"/>
          <w:w w:val="95"/>
        </w:rPr>
        <w:t>* Membrii comisiei de organizare și desfășurare a concursului/testării au obligația de a verifica legalitatea documentelor anexate la cererea de înscriere</w:t>
      </w:r>
    </w:p>
    <w:p>
      <w:pPr>
        <w:keepNext w:val="0"/>
        <w:widowControl w:val="0"/>
        <w:spacing w:line="176" w:lineRule="exact" w:after="0"/>
        <w:ind w:left="1" w:right="-20"/>
      </w:pPr>
      <w:r>
        <w:rPr>
          <w:rFonts w:ascii="Arial" w:hAnsi="Arial"/>
          <w:b w:val="0"/>
          <w:i w:val="0"/>
          <w:sz w:val="16"/>
          <w:color w:val="000000"/>
          <w:w w:val="95"/>
        </w:rPr>
        <w:t>la concurs/testare. Documentele anexate, în copie, la cererea de înscriere sunt certificate pentru „conformitate cu originalul” de către un membru al comisiei de</w:t>
      </w:r>
    </w:p>
    <w:p>
      <w:pPr>
        <w:keepNext w:val="0"/>
        <w:widowControl w:val="0"/>
        <w:spacing w:line="176" w:lineRule="exact" w:after="0"/>
        <w:ind w:left="1" w:right="-20"/>
      </w:pPr>
      <w:r>
        <w:rPr>
          <w:rFonts w:ascii="Arial" w:hAnsi="Arial"/>
          <w:b w:val="0"/>
          <w:i w:val="0"/>
          <w:sz w:val="16"/>
          <w:color w:val="000000"/>
          <w:w w:val="95"/>
        </w:rPr>
        <w:t>organizare și desfășurare a concursului/testării.</w:t>
      </w:r>
    </w:p>
    <w:p>
      <w:pPr>
        <w:keepNext w:val="0"/>
        <w:widowControl w:val="0"/>
        <w:spacing w:line="176" w:lineRule="exact" w:after="0"/>
        <w:ind w:left="738" w:right="-20"/>
      </w:pPr>
      <w:r>
        <w:rPr>
          <w:rFonts w:ascii="Arial" w:hAnsi="Arial"/>
          <w:b w:val="0"/>
          <w:i w:val="0"/>
          <w:sz w:val="16"/>
          <w:color w:val="000000"/>
          <w:w w:val="95"/>
        </w:rPr>
        <w:t>În situația în care documentele se transmit în format electronic, prin poștă electronică, acestea vor fi scanate color, după documentele originale, lizibil,</w:t>
      </w:r>
    </w:p>
    <w:p>
      <w:pPr>
        <w:keepNext w:val="0"/>
        <w:widowControl w:val="0"/>
        <w:spacing w:line="176" w:lineRule="exact" w:after="0"/>
        <w:ind w:left="1" w:right="-20"/>
      </w:pPr>
      <w:r>
        <w:rPr>
          <w:rFonts w:ascii="Arial" w:hAnsi="Arial"/>
          <w:b w:val="0"/>
          <w:i w:val="0"/>
          <w:sz w:val="16"/>
          <w:color w:val="000000"/>
          <w:w w:val="95"/>
        </w:rPr>
        <w:t>la minimum 150 dpi.</w:t>
      </w:r>
    </w:p>
    <w:p>
      <w:pPr>
        <w:keepNext w:val="0"/>
        <w:widowControl w:val="0"/>
        <w:spacing w:line="176" w:lineRule="exact" w:after="0"/>
        <w:ind w:left="738" w:right="-20"/>
      </w:pPr>
      <w:r>
        <w:rPr>
          <w:rFonts w:ascii="Arial" w:hAnsi="Arial"/>
          <w:b w:val="0"/>
          <w:i w:val="0"/>
          <w:sz w:val="16"/>
          <w:color w:val="000000"/>
          <w:w w:val="95"/>
        </w:rPr>
        <w:t>** În cazuri excepționale, dacă un candidat nu prezintă certificatul de integritate comportamentală la dosar în perioada de înscriere, acesta se depune</w:t>
      </w:r>
    </w:p>
    <w:p>
      <w:pPr>
        <w:keepNext w:val="0"/>
        <w:widowControl w:val="0"/>
        <w:spacing w:line="176" w:lineRule="exact" w:after="44"/>
        <w:ind w:left="1" w:right="-20"/>
      </w:pPr>
      <w:r>
        <w:rPr>
          <w:rFonts w:ascii="Arial" w:hAnsi="Arial"/>
          <w:b w:val="0"/>
          <w:i w:val="0"/>
          <w:sz w:val="16"/>
          <w:color w:val="000000"/>
          <w:w w:val="95"/>
        </w:rPr>
        <w:t>obligatoriu la unitatea de învățământ, la data prezentării pentru încheierea noului contract individual de muncă.</w:t>
      </w:r>
    </w:p>
    <w:sectPr w:rsidR="00FC693F" w:rsidRPr="0006063C" w:rsidSect="00034616">
      <w:pgSz w:w="11900" w:h="16840"/>
      <w:pgMar w:top="740" w:right="280" w:bottom="360" w:left="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0" w:before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 înscriere la concurs sau testare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